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Aptos Display" w:hAnsi="Aptos Display"/>
          <w:b/>
          <w:color w:val="0F6670"/>
          <w:sz w:val="22"/>
        </w:rPr>
        <w:t>OPEN HORIZONS</w:t>
      </w:r>
    </w:p>
    <w:p>
      <w:pPr>
        <w:pStyle w:val="Title"/>
      </w:pPr>
      <w:r>
        <w:t>Copyright &amp; Declaration Form</w:t>
      </w:r>
    </w:p>
    <w:p>
      <w:pPr>
        <w:spacing w:after="280"/>
      </w:pPr>
      <w:r>
        <w:rPr>
          <w:b/>
          <w:color w:val="A46F0C"/>
        </w:rPr>
        <w:t>Author declarations for manuscripts submitted to Open Horizons</w:t>
      </w:r>
    </w:p>
    <w:p>
      <w:pPr>
        <w:spacing w:after="280"/>
      </w:pPr>
      <w:r>
        <w:t>Please complete this document electronically and upload it through the OJS submission workflow when requested. Replace every bracketed field before submitting.</w:t>
      </w:r>
    </w:p>
    <w:p>
      <w:pPr>
        <w:pStyle w:val="Heading1"/>
      </w:pPr>
      <w:r>
        <w:t>Manuscript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Manuscript ID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OJS manuscript ID, if available]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Title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full manuscript title]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Corresponding author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[Full name and email]</w:t>
            </w:r>
          </w:p>
        </w:tc>
      </w:tr>
    </w:tbl>
    <w:p>
      <w:pPr>
        <w:spacing w:after="0"/>
      </w:pPr>
    </w:p>
    <w:p>
      <w:pPr>
        <w:pStyle w:val="Heading1"/>
      </w:pPr>
      <w:r>
        <w:t>Author declarations</w:t>
      </w:r>
    </w:p>
    <w:p>
      <w:r>
        <w:t>By completing this form, the authors confirm the following:</w:t>
      </w:r>
    </w:p>
    <w:p>
      <w:pPr>
        <w:pStyle w:val="ListBullet"/>
      </w:pPr>
      <w:r>
        <w:t>☐ The manuscript is original and has not been published previously.</w:t>
      </w:r>
    </w:p>
    <w:p>
      <w:pPr>
        <w:pStyle w:val="ListBullet"/>
      </w:pPr>
      <w:r>
        <w:t>☐ The manuscript is not currently under consideration by another journal.</w:t>
      </w:r>
    </w:p>
    <w:p>
      <w:pPr>
        <w:pStyle w:val="ListBullet"/>
      </w:pPr>
      <w:r>
        <w:t>☐ All listed authors made a genuine contribution, approved the submitted version, and agree to be identified as authors.</w:t>
      </w:r>
    </w:p>
    <w:p>
      <w:pPr>
        <w:pStyle w:val="ListBullet"/>
      </w:pPr>
      <w:r>
        <w:t>☐ All sources have been acknowledged and all references are accurate and complete.</w:t>
      </w:r>
    </w:p>
    <w:p>
      <w:pPr>
        <w:pStyle w:val="ListBullet"/>
      </w:pPr>
      <w:r>
        <w:t>☐ Permission has been obtained for copyrighted images, tables, datasets, instruments, or other third-party material included in the manuscript.</w:t>
      </w:r>
    </w:p>
    <w:p>
      <w:pPr>
        <w:pStyle w:val="ListBullet"/>
      </w:pPr>
      <w:r>
        <w:t>☐ Any relevant ethics approval, informed consent, funding, and conflict-of-interest information has been disclosed.</w:t>
      </w:r>
    </w:p>
    <w:p>
      <w:pPr>
        <w:pStyle w:val="ListBullet"/>
      </w:pPr>
      <w:r>
        <w:t>☐ The authors agree to follow the journal’s current copyright, licensing, and publication-ethics policies.</w:t>
      </w:r>
    </w:p>
    <w:p>
      <w:pPr>
        <w:pStyle w:val="Heading1"/>
      </w:pPr>
      <w:r>
        <w:t>Additional declarations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Funding statement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funding information or “No external funding”.]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Conflict of interest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conflicts or “None declared”.]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Ethics approval / consent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approval details or “Not applicable”.]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Data availability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data availability statement.]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Copyright notes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[Add any relevant copyright or permissions notes.]</w:t>
            </w:r>
          </w:p>
        </w:tc>
      </w:tr>
    </w:tbl>
    <w:p>
      <w:pPr>
        <w:spacing w:after="0"/>
      </w:pPr>
    </w:p>
    <w:p>
      <w:pPr>
        <w:pStyle w:val="Heading1"/>
      </w:pPr>
      <w:r>
        <w:t>Author approval</w:t>
      </w:r>
    </w:p>
    <w:p>
      <w:r>
        <w:t>The corresponding author confirms that all authors have reviewed and approved these declarations and the submitted manuscript.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Corresponding author name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[Type full name]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Signature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[Type name as electronic signature]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Date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[DD Month YYYY]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B70"/>
        <w:sz w:val="16"/>
      </w:rPr>
      <w:t>Open Horizons: International Journal of Multidisciplinary Research  •  Scopusify independent publishing platform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A46F0C"/>
        <w:sz w:val="16"/>
      </w:rPr>
      <w:t>OPEN HORIZONS  |  AUTHOR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B6B7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A3B4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F667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A3B4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