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left"/>
      </w:pPr>
      <w:r>
        <w:rPr>
          <w:rFonts w:ascii="Aptos Display" w:hAnsi="Aptos Display"/>
          <w:b/>
          <w:color w:val="0F6670"/>
          <w:sz w:val="22"/>
        </w:rPr>
        <w:t>OPEN HORIZONS</w:t>
      </w:r>
    </w:p>
    <w:p>
      <w:pPr>
        <w:pStyle w:val="Title"/>
      </w:pPr>
      <w:r>
        <w:t>Withdrawal Request Form</w:t>
      </w:r>
    </w:p>
    <w:p>
      <w:pPr>
        <w:spacing w:after="280"/>
      </w:pPr>
      <w:r>
        <w:rPr>
          <w:b/>
          <w:color w:val="A46F0C"/>
        </w:rPr>
        <w:t>Use this form to request withdrawal of a manuscript from editorial consideration</w:t>
      </w:r>
    </w:p>
    <w:p>
      <w:pPr>
        <w:spacing w:after="280"/>
      </w:pPr>
      <w:r>
        <w:t>Please complete this document electronically and upload it through the OJS submission workflow when requested. Replace every bracketed field before submitting.</w:t>
      </w:r>
    </w:p>
    <w:p>
      <w:pPr>
        <w:pStyle w:val="Heading1"/>
      </w:pPr>
      <w:r>
        <w:t>Manuscript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2880"/>
            <w:vAlign w:val="center"/>
            <w:shd w:fill="EEF5F4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0A3B46"/>
                <w:sz w:val="21"/>
              </w:rPr>
              <w:t>Manuscript ID</w:t>
            </w:r>
          </w:p>
        </w:tc>
        <w:tc>
          <w:tcPr>
            <w:tcW w:type="dxa" w:w="6768"/>
            <w:vAlign w:val="center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5B6B70"/>
                <w:sz w:val="21"/>
              </w:rPr>
              <w:t>[Enter OJS manuscript ID]</w:t>
            </w:r>
          </w:p>
        </w:tc>
      </w:tr>
      <w:tr>
        <w:tc>
          <w:tcPr>
            <w:tcW w:type="dxa" w:w="2880"/>
            <w:vAlign w:val="center"/>
            <w:shd w:fill="EEF5F4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0A3B46"/>
                <w:sz w:val="21"/>
              </w:rPr>
              <w:t>Title</w:t>
            </w:r>
          </w:p>
        </w:tc>
        <w:tc>
          <w:tcPr>
            <w:tcW w:type="dxa" w:w="6768"/>
            <w:vAlign w:val="center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5B6B70"/>
                <w:sz w:val="21"/>
              </w:rPr>
              <w:t>[Enter full manuscript title]</w:t>
            </w:r>
          </w:p>
        </w:tc>
      </w:tr>
      <w:tr>
        <w:tc>
          <w:tcPr>
            <w:tcW w:type="dxa" w:w="2880"/>
            <w:vAlign w:val="center"/>
            <w:shd w:fill="EEF5F4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0A3B46"/>
                <w:sz w:val="21"/>
              </w:rPr>
              <w:t>Corresponding author</w:t>
            </w:r>
          </w:p>
        </w:tc>
        <w:tc>
          <w:tcPr>
            <w:tcW w:type="dxa" w:w="6768"/>
            <w:vAlign w:val="center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5B6B70"/>
                <w:sz w:val="21"/>
              </w:rPr>
              <w:t>[Full name]</w:t>
            </w:r>
          </w:p>
        </w:tc>
      </w:tr>
      <w:tr>
        <w:tc>
          <w:tcPr>
            <w:tcW w:type="dxa" w:w="2880"/>
            <w:vAlign w:val="center"/>
            <w:shd w:fill="EEF5F4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0A3B46"/>
                <w:sz w:val="21"/>
              </w:rPr>
              <w:t>Email</w:t>
            </w:r>
          </w:p>
        </w:tc>
        <w:tc>
          <w:tcPr>
            <w:tcW w:type="dxa" w:w="6768"/>
            <w:vAlign w:val="center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5B6B70"/>
                <w:sz w:val="21"/>
              </w:rPr>
              <w:t>[Email address]</w:t>
            </w:r>
          </w:p>
        </w:tc>
      </w:tr>
      <w:tr>
        <w:tc>
          <w:tcPr>
            <w:tcW w:type="dxa" w:w="2880"/>
            <w:vAlign w:val="center"/>
            <w:shd w:fill="EEF5F4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0A3B46"/>
                <w:sz w:val="21"/>
              </w:rPr>
              <w:t>Submission date</w:t>
            </w:r>
          </w:p>
        </w:tc>
        <w:tc>
          <w:tcPr>
            <w:tcW w:type="dxa" w:w="6768"/>
            <w:vAlign w:val="center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5B6B70"/>
                <w:sz w:val="21"/>
              </w:rPr>
              <w:t>[DD Month YYYY]</w:t>
            </w:r>
          </w:p>
        </w:tc>
      </w:tr>
    </w:tbl>
    <w:p>
      <w:pPr>
        <w:spacing w:after="0"/>
      </w:pPr>
    </w:p>
    <w:p>
      <w:pPr>
        <w:pStyle w:val="Heading1"/>
      </w:pPr>
      <w:r>
        <w:t>Withdrawal request</w:t>
      </w:r>
    </w:p>
    <w:p>
      <w:r>
        <w:t>I/We request withdrawal of the manuscript identified above from consideration by Open Horizons. I/We confirm that all listed authors have been informed of and agree to this request.</w:t>
      </w:r>
    </w:p>
    <w:p>
      <w:pPr>
        <w:pStyle w:val="Heading2"/>
      </w:pPr>
      <w:r>
        <w:t>Reason for withdrawal:</w:t>
      </w:r>
    </w:p>
    <w:p>
      <w:r>
        <w:t>[Provide a brief explanation]</w:t>
      </w:r>
    </w:p>
    <w:p>
      <w:pPr>
        <w:pStyle w:val="Heading2"/>
      </w:pPr>
      <w:r>
        <w:t>Confirmation</w:t>
      </w:r>
    </w:p>
    <w:p>
      <w:pPr>
        <w:pStyle w:val="ListBullet"/>
      </w:pPr>
      <w:r>
        <w:t>☐ The manuscript is not being withdrawn in order to submit a substantially identical version to another journal without informing the editorial office.</w:t>
      </w:r>
    </w:p>
    <w:p>
      <w:pPr>
        <w:pStyle w:val="ListBullet"/>
      </w:pPr>
      <w:r>
        <w:t>☐ All authors have approved this withdrawal request.</w:t>
      </w:r>
    </w:p>
    <w:p>
      <w:pPr>
        <w:pStyle w:val="ListBullet"/>
      </w:pPr>
      <w:r>
        <w:t>☐ I/We understand that the editorial office may contact the corresponding author to verify this request.</w:t>
      </w:r>
    </w:p>
    <w:p>
      <w:pPr>
        <w:pStyle w:val="Heading1"/>
      </w:pPr>
      <w:r>
        <w:t>Author confirmation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2880"/>
            <w:vAlign w:val="center"/>
            <w:shd w:fill="EEF5F4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0A3B46"/>
                <w:sz w:val="21"/>
              </w:rPr>
              <w:t>Name of corresponding author</w:t>
            </w:r>
          </w:p>
        </w:tc>
        <w:tc>
          <w:tcPr>
            <w:tcW w:type="dxa" w:w="6768"/>
            <w:vAlign w:val="center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5B6B70"/>
                <w:sz w:val="21"/>
              </w:rPr>
              <w:t>[Type full name]</w:t>
            </w:r>
          </w:p>
        </w:tc>
      </w:tr>
      <w:tr>
        <w:tc>
          <w:tcPr>
            <w:tcW w:type="dxa" w:w="2880"/>
            <w:vAlign w:val="center"/>
            <w:shd w:fill="EEF5F4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0A3B46"/>
                <w:sz w:val="21"/>
              </w:rPr>
              <w:t>Signature</w:t>
            </w:r>
          </w:p>
        </w:tc>
        <w:tc>
          <w:tcPr>
            <w:tcW w:type="dxa" w:w="6768"/>
            <w:vAlign w:val="center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5B6B70"/>
                <w:sz w:val="21"/>
              </w:rPr>
              <w:t>[Type name as electronic signature]</w:t>
            </w:r>
          </w:p>
        </w:tc>
      </w:tr>
      <w:tr>
        <w:tc>
          <w:tcPr>
            <w:tcW w:type="dxa" w:w="2880"/>
            <w:vAlign w:val="center"/>
            <w:shd w:fill="EEF5F4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0A3B46"/>
                <w:sz w:val="21"/>
              </w:rPr>
              <w:t>Date</w:t>
            </w:r>
          </w:p>
        </w:tc>
        <w:tc>
          <w:tcPr>
            <w:tcW w:type="dxa" w:w="6768"/>
            <w:vAlign w:val="center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5B6B70"/>
                <w:sz w:val="21"/>
              </w:rPr>
              <w:t>[DD Month YYYY]</w:t>
            </w:r>
          </w:p>
        </w:tc>
      </w:tr>
    </w:tbl>
    <w:p>
      <w:pPr>
        <w:spacing w:after="0"/>
      </w:pPr>
    </w:p>
    <w:p>
      <w:r>
        <w:t>Submit this completed form through the OJS discussion for the manuscript or email it to the editorial office using the contact address published on the journal website.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B6B70"/>
        <w:sz w:val="16"/>
      </w:rPr>
      <w:t>Open Horizons: International Journal of Multidisciplinary Research  •  Scopusify independent publishing platform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A46F0C"/>
        <w:sz w:val="16"/>
      </w:rPr>
      <w:t>OPEN HORIZONS  |  AUTHOR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5B6B7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A3B4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F667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A3B46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